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8A3DF6" w14:textId="77777777" w:rsidR="00AB14CC" w:rsidRDefault="00154EE1">
      <w:pPr>
        <w:pStyle w:val="Nagwek1"/>
        <w:jc w:val="center"/>
      </w:pPr>
      <w:r>
        <w:t>KARTA ODKRYWCY TRZEMESZNA</w:t>
      </w:r>
    </w:p>
    <w:p w14:paraId="7877DFE7" w14:textId="77777777" w:rsidR="00AB14CC" w:rsidRDefault="00154EE1">
      <w:pPr>
        <w:jc w:val="center"/>
      </w:pPr>
      <w:r>
        <w:t>Zbieraj słowa z kodów QR i odkryj hasło promujące Trzemeszno!</w:t>
      </w:r>
    </w:p>
    <w:p w14:paraId="29D5A372" w14:textId="4FF2C2EE" w:rsidR="00AB14CC" w:rsidRDefault="00154EE1">
      <w:r>
        <w:t xml:space="preserve">Odwiedź wszystkie 12 punktów oznaczonych tabliczkami z kodami QR. Zeskanuj kod, przeczytaj historię miejsca i znajdź wyróżnione słowo. Zapisz każde słowo w odpowiednim miejscu poniżej. Po </w:t>
      </w:r>
      <w:proofErr w:type="spellStart"/>
      <w:r>
        <w:t>zebraniu</w:t>
      </w:r>
      <w:proofErr w:type="spellEnd"/>
      <w:r>
        <w:t xml:space="preserve"> </w:t>
      </w:r>
      <w:proofErr w:type="spellStart"/>
      <w:r>
        <w:t>wszystkich</w:t>
      </w:r>
      <w:proofErr w:type="spellEnd"/>
      <w:r>
        <w:t xml:space="preserve"> </w:t>
      </w:r>
      <w:proofErr w:type="spellStart"/>
      <w:r>
        <w:t>słów</w:t>
      </w:r>
      <w:proofErr w:type="spellEnd"/>
      <w:r>
        <w:t xml:space="preserve"> </w:t>
      </w:r>
      <w:proofErr w:type="spellStart"/>
      <w:r>
        <w:t>ułóż</w:t>
      </w:r>
      <w:proofErr w:type="spellEnd"/>
      <w:r>
        <w:t xml:space="preserve"> </w:t>
      </w:r>
      <w:proofErr w:type="spellStart"/>
      <w:r>
        <w:t>pełne</w:t>
      </w:r>
      <w:proofErr w:type="spellEnd"/>
      <w:r>
        <w:t xml:space="preserve"> </w:t>
      </w:r>
      <w:proofErr w:type="spellStart"/>
      <w:r>
        <w:t>hasło</w:t>
      </w:r>
      <w:proofErr w:type="spellEnd"/>
      <w:r>
        <w:t xml:space="preserve"> </w:t>
      </w:r>
      <w:proofErr w:type="spellStart"/>
      <w:r>
        <w:t>promujące</w:t>
      </w:r>
      <w:proofErr w:type="spellEnd"/>
      <w:r>
        <w:t xml:space="preserve"> </w:t>
      </w:r>
      <w:proofErr w:type="spellStart"/>
      <w:r>
        <w:t>Trzemeszno</w:t>
      </w:r>
      <w:proofErr w:type="spellEnd"/>
      <w:r>
        <w:t>:</w:t>
      </w:r>
      <w:r>
        <w:br/>
      </w:r>
      <w:proofErr w:type="spellStart"/>
      <w:r>
        <w:t>Gotowe</w:t>
      </w:r>
      <w:proofErr w:type="spellEnd"/>
      <w:r>
        <w:t xml:space="preserve">? </w:t>
      </w:r>
      <w:proofErr w:type="spellStart"/>
      <w:r>
        <w:t>Wyślij</w:t>
      </w:r>
      <w:proofErr w:type="spellEnd"/>
      <w:r w:rsidR="006674D4">
        <w:t xml:space="preserve"> </w:t>
      </w:r>
      <w:proofErr w:type="spellStart"/>
      <w:r w:rsidR="006674D4">
        <w:t>uzupełnioną</w:t>
      </w:r>
      <w:proofErr w:type="spellEnd"/>
      <w:r w:rsidR="006674D4">
        <w:t xml:space="preserve"> </w:t>
      </w:r>
      <w:proofErr w:type="spellStart"/>
      <w:r w:rsidR="006674D4">
        <w:t>kartę</w:t>
      </w:r>
      <w:proofErr w:type="spellEnd"/>
      <w:r w:rsidR="006674D4">
        <w:t xml:space="preserve"> </w:t>
      </w:r>
      <w:proofErr w:type="spellStart"/>
      <w:r w:rsidR="006674D4">
        <w:t>uczestnictwa</w:t>
      </w:r>
      <w:proofErr w:type="spellEnd"/>
      <w:r w:rsidR="006674D4">
        <w:t xml:space="preserve"> z </w:t>
      </w:r>
      <w:proofErr w:type="spellStart"/>
      <w:r w:rsidR="006674D4">
        <w:t>podpisaną</w:t>
      </w:r>
      <w:proofErr w:type="spellEnd"/>
      <w:r w:rsidR="006674D4">
        <w:t xml:space="preserve"> </w:t>
      </w:r>
      <w:proofErr w:type="spellStart"/>
      <w:r w:rsidR="006674D4">
        <w:t>klauzulą</w:t>
      </w:r>
      <w:proofErr w:type="spellEnd"/>
      <w:r w:rsidR="006674D4">
        <w:t xml:space="preserve"> RODO </w:t>
      </w:r>
      <w:r>
        <w:t>e-</w:t>
      </w:r>
      <w:proofErr w:type="spellStart"/>
      <w:r>
        <w:t>mailem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adres</w:t>
      </w:r>
      <w:proofErr w:type="spellEnd"/>
      <w:r w:rsidR="00F5171B">
        <w:t>:</w:t>
      </w:r>
      <w:r>
        <w:t xml:space="preserve"> </w:t>
      </w:r>
      <w:hyperlink r:id="rId6" w:history="1">
        <w:r w:rsidR="00F5171B" w:rsidRPr="00BC1DD5">
          <w:rPr>
            <w:rStyle w:val="Hipercze"/>
          </w:rPr>
          <w:t>przewodnik@trzemeszno.pl</w:t>
        </w:r>
      </w:hyperlink>
      <w:r w:rsidR="00F5171B">
        <w:t xml:space="preserve"> </w:t>
      </w:r>
      <w:proofErr w:type="spellStart"/>
      <w:r w:rsidR="00F5171B">
        <w:t>lub</w:t>
      </w:r>
      <w:proofErr w:type="spellEnd"/>
      <w:r w:rsidR="00F5171B">
        <w:t xml:space="preserve"> </w:t>
      </w:r>
      <w:hyperlink r:id="rId7" w:history="1">
        <w:r w:rsidR="00F5171B">
          <w:rPr>
            <w:rStyle w:val="Hipercze"/>
          </w:rPr>
          <w:t>r</w:t>
        </w:r>
        <w:r w:rsidR="00F5171B" w:rsidRPr="00BC1DD5">
          <w:rPr>
            <w:rStyle w:val="Hipercze"/>
          </w:rPr>
          <w:t>enata.palucka@trzemeszno.pl</w:t>
        </w:r>
      </w:hyperlink>
      <w:r w:rsidR="00F5171B">
        <w:t xml:space="preserve"> </w:t>
      </w:r>
      <w:r>
        <w:t xml:space="preserve">aby </w:t>
      </w:r>
      <w:proofErr w:type="spellStart"/>
      <w:r>
        <w:t>otrzymać</w:t>
      </w:r>
      <w:proofErr w:type="spellEnd"/>
      <w:r>
        <w:t xml:space="preserve"> </w:t>
      </w:r>
      <w:proofErr w:type="spellStart"/>
      <w:r w:rsidR="00C520BD">
        <w:t>imienny</w:t>
      </w:r>
      <w:proofErr w:type="spellEnd"/>
      <w:r w:rsidR="00C520BD">
        <w:t xml:space="preserve"> </w:t>
      </w:r>
      <w:proofErr w:type="spellStart"/>
      <w:r>
        <w:t>certyfikat</w:t>
      </w:r>
      <w:proofErr w:type="spellEnd"/>
      <w:r>
        <w:t xml:space="preserve"> </w:t>
      </w:r>
      <w:proofErr w:type="spellStart"/>
      <w:r>
        <w:t>Odkrywcy</w:t>
      </w:r>
      <w:proofErr w:type="spellEnd"/>
      <w:r>
        <w:t xml:space="preserve"> </w:t>
      </w:r>
      <w:proofErr w:type="spellStart"/>
      <w:r>
        <w:t>Trzemeszna</w:t>
      </w:r>
      <w:proofErr w:type="spellEnd"/>
      <w:r w:rsidR="00F5171B">
        <w:t xml:space="preserve"> </w:t>
      </w:r>
      <w:proofErr w:type="spellStart"/>
      <w:r w:rsidR="00F5171B">
        <w:t>oraz</w:t>
      </w:r>
      <w:proofErr w:type="spellEnd"/>
      <w:r w:rsidR="00F5171B">
        <w:t xml:space="preserve"> “</w:t>
      </w:r>
      <w:proofErr w:type="spellStart"/>
      <w:r w:rsidR="00F5171B">
        <w:t>trzemeszeński</w:t>
      </w:r>
      <w:proofErr w:type="spellEnd"/>
      <w:r w:rsidR="00F5171B">
        <w:t xml:space="preserve">” </w:t>
      </w:r>
      <w:proofErr w:type="spellStart"/>
      <w:r w:rsidR="00F5171B">
        <w:t>upominek</w:t>
      </w:r>
      <w:proofErr w:type="spellEnd"/>
      <w:r w:rsidR="00F5171B">
        <w:t xml:space="preserve"> </w:t>
      </w:r>
      <w:r>
        <w:t>!</w:t>
      </w:r>
      <w:r w:rsidR="006674D4">
        <w:t xml:space="preserve"> </w:t>
      </w:r>
      <w:proofErr w:type="spellStart"/>
      <w:r w:rsidR="006674D4">
        <w:t>Kartę</w:t>
      </w:r>
      <w:proofErr w:type="spellEnd"/>
      <w:r w:rsidR="006674D4">
        <w:t xml:space="preserve"> </w:t>
      </w:r>
      <w:proofErr w:type="spellStart"/>
      <w:r w:rsidR="006674D4">
        <w:t>można</w:t>
      </w:r>
      <w:proofErr w:type="spellEnd"/>
      <w:r w:rsidR="006674D4">
        <w:t xml:space="preserve"> </w:t>
      </w:r>
      <w:proofErr w:type="spellStart"/>
      <w:r w:rsidR="006674D4">
        <w:t>także</w:t>
      </w:r>
      <w:proofErr w:type="spellEnd"/>
      <w:r w:rsidR="006674D4">
        <w:t xml:space="preserve"> </w:t>
      </w:r>
      <w:proofErr w:type="spellStart"/>
      <w:r w:rsidR="006674D4">
        <w:t>przynieść</w:t>
      </w:r>
      <w:proofErr w:type="spellEnd"/>
      <w:r w:rsidR="006674D4">
        <w:t xml:space="preserve">  </w:t>
      </w:r>
      <w:proofErr w:type="spellStart"/>
      <w:r w:rsidR="006674D4">
        <w:t>osobiście</w:t>
      </w:r>
      <w:proofErr w:type="spellEnd"/>
      <w:r w:rsidR="006674D4">
        <w:t xml:space="preserve"> do </w:t>
      </w:r>
      <w:proofErr w:type="spellStart"/>
      <w:r w:rsidR="006674D4">
        <w:t>Urzędu</w:t>
      </w:r>
      <w:proofErr w:type="spellEnd"/>
      <w:r w:rsidR="006674D4">
        <w:t xml:space="preserve"> </w:t>
      </w:r>
      <w:proofErr w:type="spellStart"/>
      <w:r w:rsidR="006674D4">
        <w:t>Miejskiego</w:t>
      </w:r>
      <w:proofErr w:type="spellEnd"/>
      <w:r w:rsidR="006674D4">
        <w:t xml:space="preserve"> </w:t>
      </w:r>
      <w:proofErr w:type="spellStart"/>
      <w:r w:rsidR="006674D4">
        <w:t>Trzemeszna</w:t>
      </w:r>
      <w:proofErr w:type="spellEnd"/>
      <w:r w:rsidR="006674D4">
        <w:t xml:space="preserve">, </w:t>
      </w:r>
      <w:proofErr w:type="spellStart"/>
      <w:r w:rsidR="006674D4">
        <w:t>budynek</w:t>
      </w:r>
      <w:proofErr w:type="spellEnd"/>
      <w:r w:rsidR="006674D4">
        <w:t xml:space="preserve"> </w:t>
      </w:r>
      <w:proofErr w:type="spellStart"/>
      <w:r w:rsidR="006674D4">
        <w:t>przy</w:t>
      </w:r>
      <w:proofErr w:type="spellEnd"/>
      <w:r w:rsidR="006674D4">
        <w:t xml:space="preserve"> pl </w:t>
      </w:r>
      <w:proofErr w:type="spellStart"/>
      <w:r w:rsidR="006674D4">
        <w:t>św</w:t>
      </w:r>
      <w:proofErr w:type="spellEnd"/>
      <w:r w:rsidR="006674D4">
        <w:t xml:space="preserve">. </w:t>
      </w:r>
      <w:proofErr w:type="spellStart"/>
      <w:r w:rsidR="006674D4">
        <w:t>Wojciecha</w:t>
      </w:r>
      <w:proofErr w:type="spellEnd"/>
      <w:r w:rsidR="006674D4">
        <w:t xml:space="preserve"> 19a.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AB14CC" w14:paraId="10912347" w14:textId="77777777">
        <w:tc>
          <w:tcPr>
            <w:tcW w:w="4320" w:type="dxa"/>
          </w:tcPr>
          <w:p w14:paraId="03EC1014" w14:textId="77777777" w:rsidR="00AB14CC" w:rsidRDefault="00154EE1">
            <w:r>
              <w:t>Miejsce</w:t>
            </w:r>
          </w:p>
        </w:tc>
        <w:tc>
          <w:tcPr>
            <w:tcW w:w="4320" w:type="dxa"/>
          </w:tcPr>
          <w:p w14:paraId="12318392" w14:textId="77777777" w:rsidR="00AB14CC" w:rsidRDefault="00154EE1">
            <w:r>
              <w:t>Słowo z hasła</w:t>
            </w:r>
          </w:p>
        </w:tc>
      </w:tr>
      <w:tr w:rsidR="00AB14CC" w14:paraId="3603BEE0" w14:textId="77777777">
        <w:tc>
          <w:tcPr>
            <w:tcW w:w="4320" w:type="dxa"/>
          </w:tcPr>
          <w:p w14:paraId="2B0306DA" w14:textId="77777777" w:rsidR="00AB14CC" w:rsidRDefault="00154EE1">
            <w:r>
              <w:t>1. Bazylika</w:t>
            </w:r>
          </w:p>
        </w:tc>
        <w:tc>
          <w:tcPr>
            <w:tcW w:w="4320" w:type="dxa"/>
          </w:tcPr>
          <w:p w14:paraId="2E2AAB8B" w14:textId="4EA3D293" w:rsidR="00AB14CC" w:rsidRDefault="00AB14CC"/>
        </w:tc>
      </w:tr>
      <w:tr w:rsidR="00AB14CC" w14:paraId="2604F726" w14:textId="77777777">
        <w:tc>
          <w:tcPr>
            <w:tcW w:w="4320" w:type="dxa"/>
          </w:tcPr>
          <w:p w14:paraId="48BE66E0" w14:textId="77777777" w:rsidR="00AB14CC" w:rsidRDefault="00154EE1">
            <w:r>
              <w:t>2. Jan Kiliński</w:t>
            </w:r>
          </w:p>
        </w:tc>
        <w:tc>
          <w:tcPr>
            <w:tcW w:w="4320" w:type="dxa"/>
          </w:tcPr>
          <w:p w14:paraId="4B7D6E80" w14:textId="50F0D792" w:rsidR="00AB14CC" w:rsidRDefault="00AB14CC"/>
        </w:tc>
      </w:tr>
      <w:tr w:rsidR="00AB14CC" w14:paraId="741117D5" w14:textId="77777777">
        <w:tc>
          <w:tcPr>
            <w:tcW w:w="4320" w:type="dxa"/>
          </w:tcPr>
          <w:p w14:paraId="278A2DB2" w14:textId="77777777" w:rsidR="00AB14CC" w:rsidRDefault="00154EE1">
            <w:r>
              <w:t>3. Szpital św. Łazarza</w:t>
            </w:r>
          </w:p>
        </w:tc>
        <w:tc>
          <w:tcPr>
            <w:tcW w:w="4320" w:type="dxa"/>
          </w:tcPr>
          <w:p w14:paraId="7B07C4AD" w14:textId="5F204E93" w:rsidR="00AB14CC" w:rsidRDefault="00AB14CC"/>
        </w:tc>
      </w:tr>
      <w:tr w:rsidR="00AB14CC" w14:paraId="40645FC9" w14:textId="77777777">
        <w:tc>
          <w:tcPr>
            <w:tcW w:w="4320" w:type="dxa"/>
          </w:tcPr>
          <w:p w14:paraId="4ECC314D" w14:textId="77777777" w:rsidR="00AB14CC" w:rsidRDefault="00154EE1">
            <w:r>
              <w:t>4. Synagoga</w:t>
            </w:r>
          </w:p>
        </w:tc>
        <w:tc>
          <w:tcPr>
            <w:tcW w:w="4320" w:type="dxa"/>
          </w:tcPr>
          <w:p w14:paraId="0A8C389C" w14:textId="69DE6BF8" w:rsidR="00AB14CC" w:rsidRDefault="00AB14CC"/>
        </w:tc>
      </w:tr>
      <w:tr w:rsidR="00AB14CC" w14:paraId="57C356E2" w14:textId="77777777">
        <w:tc>
          <w:tcPr>
            <w:tcW w:w="4320" w:type="dxa"/>
          </w:tcPr>
          <w:p w14:paraId="65BB74D0" w14:textId="77777777" w:rsidR="00AB14CC" w:rsidRDefault="00154EE1">
            <w:r>
              <w:t>5. Wieża widokowa (Duszno)</w:t>
            </w:r>
          </w:p>
        </w:tc>
        <w:tc>
          <w:tcPr>
            <w:tcW w:w="4320" w:type="dxa"/>
          </w:tcPr>
          <w:p w14:paraId="637D44C0" w14:textId="0CD6C48F" w:rsidR="00AB14CC" w:rsidRDefault="00AB14CC"/>
        </w:tc>
      </w:tr>
      <w:tr w:rsidR="00AB14CC" w14:paraId="30DE9E8C" w14:textId="77777777">
        <w:tc>
          <w:tcPr>
            <w:tcW w:w="4320" w:type="dxa"/>
          </w:tcPr>
          <w:p w14:paraId="7BE913D5" w14:textId="77777777" w:rsidR="00AB14CC" w:rsidRDefault="00154EE1">
            <w:r>
              <w:t>6. Kamieniec</w:t>
            </w:r>
          </w:p>
        </w:tc>
        <w:tc>
          <w:tcPr>
            <w:tcW w:w="4320" w:type="dxa"/>
          </w:tcPr>
          <w:p w14:paraId="37AADC9F" w14:textId="7064DEC8" w:rsidR="00AB14CC" w:rsidRDefault="00AB14CC"/>
        </w:tc>
      </w:tr>
      <w:tr w:rsidR="00AB14CC" w14:paraId="5E2138FD" w14:textId="77777777">
        <w:tc>
          <w:tcPr>
            <w:tcW w:w="4320" w:type="dxa"/>
          </w:tcPr>
          <w:p w14:paraId="67753214" w14:textId="77777777" w:rsidR="00AB14CC" w:rsidRDefault="00154EE1">
            <w:r>
              <w:t>7. Park Baba</w:t>
            </w:r>
          </w:p>
        </w:tc>
        <w:tc>
          <w:tcPr>
            <w:tcW w:w="4320" w:type="dxa"/>
          </w:tcPr>
          <w:p w14:paraId="160F2593" w14:textId="1402EBBA" w:rsidR="00AB14CC" w:rsidRDefault="00AB14CC"/>
        </w:tc>
      </w:tr>
      <w:tr w:rsidR="00AB14CC" w14:paraId="0EB8B27B" w14:textId="77777777">
        <w:tc>
          <w:tcPr>
            <w:tcW w:w="4320" w:type="dxa"/>
          </w:tcPr>
          <w:p w14:paraId="3B9431C7" w14:textId="77777777" w:rsidR="00AB14CC" w:rsidRDefault="00154EE1">
            <w:r>
              <w:t>8. Wieża ciśnień</w:t>
            </w:r>
          </w:p>
        </w:tc>
        <w:tc>
          <w:tcPr>
            <w:tcW w:w="4320" w:type="dxa"/>
          </w:tcPr>
          <w:p w14:paraId="3F468067" w14:textId="5D0FCD96" w:rsidR="00AB14CC" w:rsidRDefault="00AB14CC"/>
        </w:tc>
      </w:tr>
      <w:tr w:rsidR="00AB14CC" w14:paraId="0BCB7C40" w14:textId="77777777">
        <w:tc>
          <w:tcPr>
            <w:tcW w:w="4320" w:type="dxa"/>
          </w:tcPr>
          <w:p w14:paraId="5EA3E1F6" w14:textId="77777777" w:rsidR="00AB14CC" w:rsidRDefault="00154EE1">
            <w:r>
              <w:t>9. Gołąbki</w:t>
            </w:r>
          </w:p>
        </w:tc>
        <w:tc>
          <w:tcPr>
            <w:tcW w:w="4320" w:type="dxa"/>
          </w:tcPr>
          <w:p w14:paraId="50208CEF" w14:textId="7C0158FE" w:rsidR="00AB14CC" w:rsidRDefault="00AB14CC"/>
        </w:tc>
      </w:tr>
      <w:tr w:rsidR="00AB14CC" w14:paraId="3E0A20BD" w14:textId="77777777">
        <w:tc>
          <w:tcPr>
            <w:tcW w:w="4320" w:type="dxa"/>
          </w:tcPr>
          <w:p w14:paraId="186A6B69" w14:textId="77777777" w:rsidR="00AB14CC" w:rsidRDefault="00154EE1">
            <w:r>
              <w:t>10. Rzeźnia</w:t>
            </w:r>
          </w:p>
        </w:tc>
        <w:tc>
          <w:tcPr>
            <w:tcW w:w="4320" w:type="dxa"/>
          </w:tcPr>
          <w:p w14:paraId="45A74B8C" w14:textId="6464DD62" w:rsidR="00AB14CC" w:rsidRDefault="00AB14CC"/>
        </w:tc>
      </w:tr>
      <w:tr w:rsidR="00AB14CC" w14:paraId="4A2AF961" w14:textId="77777777">
        <w:tc>
          <w:tcPr>
            <w:tcW w:w="4320" w:type="dxa"/>
          </w:tcPr>
          <w:p w14:paraId="2596B533" w14:textId="77777777" w:rsidR="00AB14CC" w:rsidRDefault="00154EE1">
            <w:r>
              <w:t>11. Mleczarnia</w:t>
            </w:r>
          </w:p>
        </w:tc>
        <w:tc>
          <w:tcPr>
            <w:tcW w:w="4320" w:type="dxa"/>
          </w:tcPr>
          <w:p w14:paraId="21B22465" w14:textId="3C9A7380" w:rsidR="00AB14CC" w:rsidRDefault="00AB14CC"/>
        </w:tc>
      </w:tr>
      <w:tr w:rsidR="00AB14CC" w14:paraId="72E9FF99" w14:textId="77777777">
        <w:tc>
          <w:tcPr>
            <w:tcW w:w="4320" w:type="dxa"/>
          </w:tcPr>
          <w:p w14:paraId="6DADCB0A" w14:textId="77777777" w:rsidR="00AB14CC" w:rsidRDefault="00154EE1">
            <w:r>
              <w:t>12. OSiR</w:t>
            </w:r>
          </w:p>
        </w:tc>
        <w:tc>
          <w:tcPr>
            <w:tcW w:w="4320" w:type="dxa"/>
          </w:tcPr>
          <w:p w14:paraId="3F531F71" w14:textId="2A28BDD8" w:rsidR="00AB14CC" w:rsidRDefault="00AB14CC"/>
        </w:tc>
      </w:tr>
    </w:tbl>
    <w:p w14:paraId="1091DEF6" w14:textId="729C7C54" w:rsidR="00154EE1" w:rsidRDefault="00154EE1">
      <w:pPr>
        <w:rPr>
          <w:i/>
        </w:rPr>
      </w:pPr>
    </w:p>
    <w:p w14:paraId="785AA09E" w14:textId="47D0C236" w:rsidR="00754D06" w:rsidRDefault="00754D06">
      <w:pPr>
        <w:rPr>
          <w:i/>
        </w:rPr>
      </w:pPr>
    </w:p>
    <w:p w14:paraId="4E453108" w14:textId="77777777" w:rsidR="00754D06" w:rsidRDefault="00754D06">
      <w:pPr>
        <w:rPr>
          <w:i/>
        </w:rPr>
      </w:pPr>
      <w:r>
        <w:rPr>
          <w:i/>
        </w:rPr>
        <w:t xml:space="preserve">HASŁO </w:t>
      </w:r>
    </w:p>
    <w:p w14:paraId="2EB7725A" w14:textId="684C4965" w:rsidR="00754D06" w:rsidRDefault="00754D06">
      <w:pPr>
        <w:rPr>
          <w:i/>
        </w:rPr>
      </w:pPr>
      <w:r>
        <w:rPr>
          <w:i/>
        </w:rPr>
        <w:t>……………………………………………………………………………………………………………………………………….</w:t>
      </w:r>
    </w:p>
    <w:p w14:paraId="51A8A186" w14:textId="4D4978DB" w:rsidR="00262CA5" w:rsidRDefault="00262CA5">
      <w:pPr>
        <w:rPr>
          <w:i/>
        </w:rPr>
      </w:pPr>
    </w:p>
    <w:p w14:paraId="16AE47F9" w14:textId="4489FBA3" w:rsidR="00262CA5" w:rsidRDefault="00262CA5">
      <w:pPr>
        <w:rPr>
          <w:i/>
        </w:rPr>
      </w:pPr>
      <w:r>
        <w:rPr>
          <w:i/>
        </w:rPr>
        <w:t>IMIĘ I NAZWISKO</w:t>
      </w:r>
    </w:p>
    <w:p w14:paraId="7C877D8B" w14:textId="10F96556" w:rsidR="00262CA5" w:rsidRDefault="00262CA5">
      <w:pPr>
        <w:rPr>
          <w:i/>
        </w:rPr>
      </w:pPr>
      <w:r>
        <w:rPr>
          <w:i/>
        </w:rPr>
        <w:t>…………………………………………………………………………………………………………………………………………</w:t>
      </w:r>
    </w:p>
    <w:p w14:paraId="4AB14B77" w14:textId="0EA8E90D" w:rsidR="00262CA5" w:rsidRDefault="00262CA5">
      <w:pPr>
        <w:rPr>
          <w:i/>
        </w:rPr>
      </w:pPr>
    </w:p>
    <w:p w14:paraId="010162E1" w14:textId="5AC8D7A6" w:rsidR="00262CA5" w:rsidRDefault="00262CA5">
      <w:pPr>
        <w:rPr>
          <w:i/>
        </w:rPr>
      </w:pPr>
      <w:r>
        <w:rPr>
          <w:i/>
        </w:rPr>
        <w:t>DANE DO KONTAKTU: ADRES, TEL, E-MAIL</w:t>
      </w:r>
    </w:p>
    <w:p w14:paraId="6605CF39" w14:textId="07EBA855" w:rsidR="00262CA5" w:rsidRDefault="00262CA5">
      <w:pPr>
        <w:rPr>
          <w:i/>
        </w:rPr>
      </w:pPr>
    </w:p>
    <w:p w14:paraId="76A58A8F" w14:textId="45BDFC1F" w:rsidR="00262CA5" w:rsidRDefault="00262CA5">
      <w:pPr>
        <w:rPr>
          <w:i/>
        </w:rPr>
      </w:pPr>
      <w:r>
        <w:rPr>
          <w:i/>
        </w:rPr>
        <w:t>………………………………………………………………………………………………………………………………………….</w:t>
      </w:r>
    </w:p>
    <w:p w14:paraId="0AD0E7A9" w14:textId="0B53FD43" w:rsidR="00FD1EA9" w:rsidRDefault="00FD1EA9">
      <w:pPr>
        <w:rPr>
          <w:i/>
        </w:rPr>
      </w:pPr>
    </w:p>
    <w:p w14:paraId="3027B607" w14:textId="7E7EF757" w:rsidR="00FD1EA9" w:rsidRDefault="00FD1EA9">
      <w:pPr>
        <w:rPr>
          <w:i/>
        </w:rPr>
      </w:pPr>
    </w:p>
    <w:p w14:paraId="67E3CBC6" w14:textId="77777777" w:rsidR="00FD1EA9" w:rsidRDefault="00FD1EA9">
      <w:pPr>
        <w:rPr>
          <w:i/>
        </w:rPr>
      </w:pPr>
    </w:p>
    <w:p w14:paraId="0539E036" w14:textId="77777777" w:rsidR="006674D4" w:rsidRPr="006674D4" w:rsidRDefault="006674D4" w:rsidP="006674D4">
      <w:pPr>
        <w:rPr>
          <w:iCs/>
        </w:rPr>
      </w:pPr>
      <w:proofErr w:type="spellStart"/>
      <w:r w:rsidRPr="006674D4">
        <w:rPr>
          <w:iCs/>
        </w:rPr>
        <w:t>Klauzula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informacyjna</w:t>
      </w:r>
      <w:proofErr w:type="spellEnd"/>
      <w:r w:rsidRPr="006674D4">
        <w:rPr>
          <w:iCs/>
        </w:rPr>
        <w:t xml:space="preserve"> RODO – </w:t>
      </w:r>
      <w:proofErr w:type="spellStart"/>
      <w:r w:rsidRPr="006674D4">
        <w:rPr>
          <w:iCs/>
        </w:rPr>
        <w:t>gra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terenowa</w:t>
      </w:r>
      <w:proofErr w:type="spellEnd"/>
      <w:r w:rsidRPr="006674D4">
        <w:rPr>
          <w:iCs/>
        </w:rPr>
        <w:t xml:space="preserve"> „</w:t>
      </w:r>
      <w:proofErr w:type="spellStart"/>
      <w:r w:rsidRPr="006674D4">
        <w:rPr>
          <w:iCs/>
        </w:rPr>
        <w:t>Dotknij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Trzemeszno</w:t>
      </w:r>
      <w:proofErr w:type="spellEnd"/>
      <w:r w:rsidRPr="006674D4">
        <w:rPr>
          <w:iCs/>
        </w:rPr>
        <w:t>”</w:t>
      </w:r>
    </w:p>
    <w:p w14:paraId="185B2D6B" w14:textId="77777777" w:rsidR="006674D4" w:rsidRPr="006674D4" w:rsidRDefault="006674D4" w:rsidP="006674D4">
      <w:pPr>
        <w:rPr>
          <w:iCs/>
        </w:rPr>
      </w:pPr>
      <w:proofErr w:type="spellStart"/>
      <w:r w:rsidRPr="006674D4">
        <w:rPr>
          <w:iCs/>
        </w:rPr>
        <w:t>Zgodnie</w:t>
      </w:r>
      <w:proofErr w:type="spellEnd"/>
      <w:r w:rsidRPr="006674D4">
        <w:rPr>
          <w:iCs/>
        </w:rPr>
        <w:t xml:space="preserve"> z art. 13 </w:t>
      </w:r>
      <w:proofErr w:type="spellStart"/>
      <w:r w:rsidRPr="006674D4">
        <w:rPr>
          <w:iCs/>
        </w:rPr>
        <w:t>ust</w:t>
      </w:r>
      <w:proofErr w:type="spellEnd"/>
      <w:r w:rsidRPr="006674D4">
        <w:rPr>
          <w:iCs/>
        </w:rPr>
        <w:t xml:space="preserve">. 1 </w:t>
      </w:r>
      <w:proofErr w:type="spellStart"/>
      <w:r w:rsidRPr="006674D4">
        <w:rPr>
          <w:iCs/>
        </w:rPr>
        <w:t>i</w:t>
      </w:r>
      <w:proofErr w:type="spellEnd"/>
      <w:r w:rsidRPr="006674D4">
        <w:rPr>
          <w:iCs/>
        </w:rPr>
        <w:t xml:space="preserve"> 2 </w:t>
      </w:r>
      <w:proofErr w:type="spellStart"/>
      <w:r w:rsidRPr="006674D4">
        <w:rPr>
          <w:iCs/>
        </w:rPr>
        <w:t>Rozporządzenia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Parlamentu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Europejskiego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i</w:t>
      </w:r>
      <w:proofErr w:type="spellEnd"/>
      <w:r w:rsidRPr="006674D4">
        <w:rPr>
          <w:iCs/>
        </w:rPr>
        <w:t xml:space="preserve"> Rady (UE) 2016/679 z </w:t>
      </w:r>
      <w:proofErr w:type="spellStart"/>
      <w:r w:rsidRPr="006674D4">
        <w:rPr>
          <w:iCs/>
        </w:rPr>
        <w:t>dnia</w:t>
      </w:r>
      <w:proofErr w:type="spellEnd"/>
      <w:r w:rsidRPr="006674D4">
        <w:rPr>
          <w:iCs/>
        </w:rPr>
        <w:t xml:space="preserve"> 27 </w:t>
      </w:r>
      <w:proofErr w:type="spellStart"/>
      <w:r w:rsidRPr="006674D4">
        <w:rPr>
          <w:iCs/>
        </w:rPr>
        <w:t>kwietnia</w:t>
      </w:r>
      <w:proofErr w:type="spellEnd"/>
      <w:r w:rsidRPr="006674D4">
        <w:rPr>
          <w:iCs/>
        </w:rPr>
        <w:t xml:space="preserve"> 2016 r. (RODO) </w:t>
      </w:r>
      <w:proofErr w:type="spellStart"/>
      <w:r w:rsidRPr="006674D4">
        <w:rPr>
          <w:iCs/>
        </w:rPr>
        <w:t>informujemy</w:t>
      </w:r>
      <w:proofErr w:type="spellEnd"/>
      <w:r w:rsidRPr="006674D4">
        <w:rPr>
          <w:iCs/>
        </w:rPr>
        <w:t xml:space="preserve">, </w:t>
      </w:r>
      <w:proofErr w:type="spellStart"/>
      <w:r w:rsidRPr="006674D4">
        <w:rPr>
          <w:iCs/>
        </w:rPr>
        <w:t>że</w:t>
      </w:r>
      <w:proofErr w:type="spellEnd"/>
      <w:r w:rsidRPr="006674D4">
        <w:rPr>
          <w:iCs/>
        </w:rPr>
        <w:t>:</w:t>
      </w:r>
    </w:p>
    <w:p w14:paraId="7CEA2561" w14:textId="77777777" w:rsidR="006674D4" w:rsidRPr="006674D4" w:rsidRDefault="006674D4" w:rsidP="006674D4">
      <w:pPr>
        <w:rPr>
          <w:iCs/>
        </w:rPr>
      </w:pPr>
      <w:proofErr w:type="spellStart"/>
      <w:r w:rsidRPr="006674D4">
        <w:rPr>
          <w:iCs/>
        </w:rPr>
        <w:t>Administratorem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danych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osobowych</w:t>
      </w:r>
      <w:proofErr w:type="spellEnd"/>
      <w:r w:rsidRPr="006674D4">
        <w:rPr>
          <w:iCs/>
        </w:rPr>
        <w:t xml:space="preserve"> jest </w:t>
      </w:r>
      <w:proofErr w:type="spellStart"/>
      <w:r w:rsidRPr="006674D4">
        <w:rPr>
          <w:iCs/>
        </w:rPr>
        <w:t>Gmina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Trzemeszno</w:t>
      </w:r>
      <w:proofErr w:type="spellEnd"/>
      <w:r w:rsidRPr="006674D4">
        <w:rPr>
          <w:iCs/>
        </w:rPr>
        <w:t xml:space="preserve"> z </w:t>
      </w:r>
      <w:proofErr w:type="spellStart"/>
      <w:r w:rsidRPr="006674D4">
        <w:rPr>
          <w:iCs/>
        </w:rPr>
        <w:t>siedzibą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przy</w:t>
      </w:r>
      <w:proofErr w:type="spellEnd"/>
      <w:r w:rsidRPr="006674D4">
        <w:rPr>
          <w:iCs/>
        </w:rPr>
        <w:t xml:space="preserve"> ul. gen. </w:t>
      </w:r>
      <w:proofErr w:type="spellStart"/>
      <w:r w:rsidRPr="006674D4">
        <w:rPr>
          <w:iCs/>
        </w:rPr>
        <w:t>Henryka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Dąbrowskiego</w:t>
      </w:r>
      <w:proofErr w:type="spellEnd"/>
      <w:r w:rsidRPr="006674D4">
        <w:rPr>
          <w:iCs/>
        </w:rPr>
        <w:t xml:space="preserve"> 2, 62-240 </w:t>
      </w:r>
      <w:proofErr w:type="spellStart"/>
      <w:r w:rsidRPr="006674D4">
        <w:rPr>
          <w:iCs/>
        </w:rPr>
        <w:t>Trzemeszno</w:t>
      </w:r>
      <w:proofErr w:type="spellEnd"/>
      <w:r w:rsidRPr="006674D4">
        <w:rPr>
          <w:iCs/>
        </w:rPr>
        <w:t>, e-mail: sekretariat@trzemeszno.pl, tel. 61 415 43 50.</w:t>
      </w:r>
    </w:p>
    <w:p w14:paraId="3DA8ED54" w14:textId="77777777" w:rsidR="006674D4" w:rsidRPr="006674D4" w:rsidRDefault="006674D4" w:rsidP="006674D4">
      <w:pPr>
        <w:rPr>
          <w:iCs/>
        </w:rPr>
      </w:pPr>
      <w:r w:rsidRPr="006674D4">
        <w:rPr>
          <w:iCs/>
        </w:rPr>
        <w:t xml:space="preserve">Dane </w:t>
      </w:r>
      <w:proofErr w:type="spellStart"/>
      <w:r w:rsidRPr="006674D4">
        <w:rPr>
          <w:iCs/>
        </w:rPr>
        <w:t>kontaktowe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inspektora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ochrony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danych</w:t>
      </w:r>
      <w:proofErr w:type="spellEnd"/>
      <w:r w:rsidRPr="006674D4">
        <w:rPr>
          <w:iCs/>
        </w:rPr>
        <w:t>: iod@trzemeszno.pl.</w:t>
      </w:r>
    </w:p>
    <w:p w14:paraId="14A5895C" w14:textId="77777777" w:rsidR="006674D4" w:rsidRPr="006674D4" w:rsidRDefault="006674D4" w:rsidP="006674D4">
      <w:pPr>
        <w:rPr>
          <w:iCs/>
        </w:rPr>
      </w:pPr>
      <w:r w:rsidRPr="006674D4">
        <w:rPr>
          <w:iCs/>
        </w:rPr>
        <w:t xml:space="preserve">Dane </w:t>
      </w:r>
      <w:proofErr w:type="spellStart"/>
      <w:r w:rsidRPr="006674D4">
        <w:rPr>
          <w:iCs/>
        </w:rPr>
        <w:t>osobowe</w:t>
      </w:r>
      <w:proofErr w:type="spellEnd"/>
      <w:r w:rsidRPr="006674D4">
        <w:rPr>
          <w:iCs/>
        </w:rPr>
        <w:t xml:space="preserve"> (</w:t>
      </w:r>
      <w:proofErr w:type="spellStart"/>
      <w:r w:rsidRPr="006674D4">
        <w:rPr>
          <w:iCs/>
        </w:rPr>
        <w:t>imię</w:t>
      </w:r>
      <w:proofErr w:type="spellEnd"/>
      <w:r w:rsidRPr="006674D4">
        <w:rPr>
          <w:iCs/>
        </w:rPr>
        <w:t xml:space="preserve">, </w:t>
      </w:r>
      <w:proofErr w:type="spellStart"/>
      <w:r w:rsidRPr="006674D4">
        <w:rPr>
          <w:iCs/>
        </w:rPr>
        <w:t>nazwisko</w:t>
      </w:r>
      <w:proofErr w:type="spellEnd"/>
      <w:r w:rsidRPr="006674D4">
        <w:rPr>
          <w:iCs/>
        </w:rPr>
        <w:t xml:space="preserve">, </w:t>
      </w:r>
      <w:proofErr w:type="spellStart"/>
      <w:r w:rsidRPr="006674D4">
        <w:rPr>
          <w:iCs/>
        </w:rPr>
        <w:t>adres</w:t>
      </w:r>
      <w:proofErr w:type="spellEnd"/>
      <w:r w:rsidRPr="006674D4">
        <w:rPr>
          <w:iCs/>
        </w:rPr>
        <w:t xml:space="preserve"> e-mail) </w:t>
      </w:r>
      <w:proofErr w:type="spellStart"/>
      <w:r w:rsidRPr="006674D4">
        <w:rPr>
          <w:iCs/>
        </w:rPr>
        <w:t>przetwarzane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będą</w:t>
      </w:r>
      <w:proofErr w:type="spellEnd"/>
      <w:r w:rsidRPr="006674D4">
        <w:rPr>
          <w:iCs/>
        </w:rPr>
        <w:t xml:space="preserve"> w </w:t>
      </w:r>
      <w:proofErr w:type="spellStart"/>
      <w:r w:rsidRPr="006674D4">
        <w:rPr>
          <w:iCs/>
        </w:rPr>
        <w:t>celu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organizacji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gry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terenowej</w:t>
      </w:r>
      <w:proofErr w:type="spellEnd"/>
      <w:r w:rsidRPr="006674D4">
        <w:rPr>
          <w:iCs/>
        </w:rPr>
        <w:t xml:space="preserve"> „</w:t>
      </w:r>
      <w:proofErr w:type="spellStart"/>
      <w:r w:rsidRPr="006674D4">
        <w:rPr>
          <w:iCs/>
        </w:rPr>
        <w:t>Dotknij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Trzemeszno</w:t>
      </w:r>
      <w:proofErr w:type="spellEnd"/>
      <w:r w:rsidRPr="006674D4">
        <w:rPr>
          <w:iCs/>
        </w:rPr>
        <w:t xml:space="preserve">” </w:t>
      </w:r>
      <w:proofErr w:type="spellStart"/>
      <w:r w:rsidRPr="006674D4">
        <w:rPr>
          <w:iCs/>
        </w:rPr>
        <w:t>i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przesłania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imiennego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certyfikatu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Odkrywcy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Trzemeszna</w:t>
      </w:r>
      <w:proofErr w:type="spellEnd"/>
      <w:r w:rsidRPr="006674D4">
        <w:rPr>
          <w:iCs/>
        </w:rPr>
        <w:t xml:space="preserve"> – </w:t>
      </w:r>
      <w:proofErr w:type="spellStart"/>
      <w:r w:rsidRPr="006674D4">
        <w:rPr>
          <w:iCs/>
        </w:rPr>
        <w:t>na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podstawie</w:t>
      </w:r>
      <w:proofErr w:type="spellEnd"/>
      <w:r w:rsidRPr="006674D4">
        <w:rPr>
          <w:iCs/>
        </w:rPr>
        <w:t xml:space="preserve"> art. 6 </w:t>
      </w:r>
      <w:proofErr w:type="spellStart"/>
      <w:r w:rsidRPr="006674D4">
        <w:rPr>
          <w:iCs/>
        </w:rPr>
        <w:t>ust</w:t>
      </w:r>
      <w:proofErr w:type="spellEnd"/>
      <w:r w:rsidRPr="006674D4">
        <w:rPr>
          <w:iCs/>
        </w:rPr>
        <w:t>. 1 lit. a RODO (</w:t>
      </w:r>
      <w:proofErr w:type="spellStart"/>
      <w:r w:rsidRPr="006674D4">
        <w:rPr>
          <w:iCs/>
        </w:rPr>
        <w:t>zgoda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osoby</w:t>
      </w:r>
      <w:proofErr w:type="spellEnd"/>
      <w:r w:rsidRPr="006674D4">
        <w:rPr>
          <w:iCs/>
        </w:rPr>
        <w:t xml:space="preserve">, </w:t>
      </w:r>
      <w:proofErr w:type="spellStart"/>
      <w:r w:rsidRPr="006674D4">
        <w:rPr>
          <w:iCs/>
        </w:rPr>
        <w:t>której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dane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dotyczą</w:t>
      </w:r>
      <w:proofErr w:type="spellEnd"/>
      <w:r w:rsidRPr="006674D4">
        <w:rPr>
          <w:iCs/>
        </w:rPr>
        <w:t>).</w:t>
      </w:r>
    </w:p>
    <w:p w14:paraId="2D9339BB" w14:textId="77777777" w:rsidR="006674D4" w:rsidRPr="006674D4" w:rsidRDefault="006674D4" w:rsidP="006674D4">
      <w:pPr>
        <w:rPr>
          <w:iCs/>
        </w:rPr>
      </w:pPr>
      <w:proofErr w:type="spellStart"/>
      <w:r w:rsidRPr="006674D4">
        <w:rPr>
          <w:iCs/>
        </w:rPr>
        <w:t>Podanie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danych</w:t>
      </w:r>
      <w:proofErr w:type="spellEnd"/>
      <w:r w:rsidRPr="006674D4">
        <w:rPr>
          <w:iCs/>
        </w:rPr>
        <w:t xml:space="preserve"> jest </w:t>
      </w:r>
      <w:proofErr w:type="spellStart"/>
      <w:r w:rsidRPr="006674D4">
        <w:rPr>
          <w:iCs/>
        </w:rPr>
        <w:t>dobrowolne</w:t>
      </w:r>
      <w:proofErr w:type="spellEnd"/>
      <w:r w:rsidRPr="006674D4">
        <w:rPr>
          <w:iCs/>
        </w:rPr>
        <w:t xml:space="preserve">, </w:t>
      </w:r>
      <w:proofErr w:type="spellStart"/>
      <w:r w:rsidRPr="006674D4">
        <w:rPr>
          <w:iCs/>
        </w:rPr>
        <w:t>lecz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niezbędne</w:t>
      </w:r>
      <w:proofErr w:type="spellEnd"/>
      <w:r w:rsidRPr="006674D4">
        <w:rPr>
          <w:iCs/>
        </w:rPr>
        <w:t xml:space="preserve"> do </w:t>
      </w:r>
      <w:proofErr w:type="spellStart"/>
      <w:r w:rsidRPr="006674D4">
        <w:rPr>
          <w:iCs/>
        </w:rPr>
        <w:t>otrzymania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certyfikatu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uczestnictwa</w:t>
      </w:r>
      <w:proofErr w:type="spellEnd"/>
      <w:r w:rsidRPr="006674D4">
        <w:rPr>
          <w:iCs/>
        </w:rPr>
        <w:t>.</w:t>
      </w:r>
    </w:p>
    <w:p w14:paraId="041A9454" w14:textId="77777777" w:rsidR="006674D4" w:rsidRPr="006674D4" w:rsidRDefault="006674D4" w:rsidP="006674D4">
      <w:pPr>
        <w:rPr>
          <w:iCs/>
        </w:rPr>
      </w:pPr>
      <w:r w:rsidRPr="006674D4">
        <w:rPr>
          <w:iCs/>
        </w:rPr>
        <w:t xml:space="preserve">Dane </w:t>
      </w:r>
      <w:proofErr w:type="spellStart"/>
      <w:r w:rsidRPr="006674D4">
        <w:rPr>
          <w:iCs/>
        </w:rPr>
        <w:t>będą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przetwarzane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wyłącznie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przez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upoważnionych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pracowników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Urzędu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Miejskiego</w:t>
      </w:r>
      <w:proofErr w:type="spellEnd"/>
      <w:r w:rsidRPr="006674D4">
        <w:rPr>
          <w:iCs/>
        </w:rPr>
        <w:t xml:space="preserve"> w </w:t>
      </w:r>
      <w:proofErr w:type="spellStart"/>
      <w:r w:rsidRPr="006674D4">
        <w:rPr>
          <w:iCs/>
        </w:rPr>
        <w:t>Trzemesznie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i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nie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będą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przekazywane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osobom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trzecim</w:t>
      </w:r>
      <w:proofErr w:type="spellEnd"/>
      <w:r w:rsidRPr="006674D4">
        <w:rPr>
          <w:iCs/>
        </w:rPr>
        <w:t xml:space="preserve"> ani do </w:t>
      </w:r>
      <w:proofErr w:type="spellStart"/>
      <w:r w:rsidRPr="006674D4">
        <w:rPr>
          <w:iCs/>
        </w:rPr>
        <w:t>państw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trzecich</w:t>
      </w:r>
      <w:proofErr w:type="spellEnd"/>
      <w:r w:rsidRPr="006674D4">
        <w:rPr>
          <w:iCs/>
        </w:rPr>
        <w:t>.</w:t>
      </w:r>
    </w:p>
    <w:p w14:paraId="0AB90262" w14:textId="77777777" w:rsidR="006674D4" w:rsidRPr="006674D4" w:rsidRDefault="006674D4" w:rsidP="006674D4">
      <w:pPr>
        <w:rPr>
          <w:iCs/>
        </w:rPr>
      </w:pPr>
      <w:r w:rsidRPr="006674D4">
        <w:rPr>
          <w:iCs/>
        </w:rPr>
        <w:t xml:space="preserve">Dane </w:t>
      </w:r>
      <w:proofErr w:type="spellStart"/>
      <w:r w:rsidRPr="006674D4">
        <w:rPr>
          <w:iCs/>
        </w:rPr>
        <w:t>będą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przechowywane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przez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okres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nie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dłuższy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niż</w:t>
      </w:r>
      <w:proofErr w:type="spellEnd"/>
      <w:r w:rsidRPr="006674D4">
        <w:rPr>
          <w:iCs/>
        </w:rPr>
        <w:t xml:space="preserve"> 6 </w:t>
      </w:r>
      <w:proofErr w:type="spellStart"/>
      <w:r w:rsidRPr="006674D4">
        <w:rPr>
          <w:iCs/>
        </w:rPr>
        <w:t>miesięcy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od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zakończenia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realizacji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projektu</w:t>
      </w:r>
      <w:proofErr w:type="spellEnd"/>
      <w:r w:rsidRPr="006674D4">
        <w:rPr>
          <w:iCs/>
        </w:rPr>
        <w:t>.</w:t>
      </w:r>
    </w:p>
    <w:p w14:paraId="769D0EFD" w14:textId="44B486D0" w:rsidR="006674D4" w:rsidRDefault="006674D4" w:rsidP="006674D4">
      <w:pPr>
        <w:rPr>
          <w:iCs/>
        </w:rPr>
      </w:pPr>
      <w:proofErr w:type="spellStart"/>
      <w:r w:rsidRPr="006674D4">
        <w:rPr>
          <w:iCs/>
        </w:rPr>
        <w:t>Osobie</w:t>
      </w:r>
      <w:proofErr w:type="spellEnd"/>
      <w:r w:rsidRPr="006674D4">
        <w:rPr>
          <w:iCs/>
        </w:rPr>
        <w:t xml:space="preserve">, </w:t>
      </w:r>
      <w:proofErr w:type="spellStart"/>
      <w:r w:rsidRPr="006674D4">
        <w:rPr>
          <w:iCs/>
        </w:rPr>
        <w:t>której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dane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dotyczą</w:t>
      </w:r>
      <w:proofErr w:type="spellEnd"/>
      <w:r w:rsidRPr="006674D4">
        <w:rPr>
          <w:iCs/>
        </w:rPr>
        <w:t xml:space="preserve">, </w:t>
      </w:r>
      <w:proofErr w:type="spellStart"/>
      <w:r w:rsidRPr="006674D4">
        <w:rPr>
          <w:iCs/>
        </w:rPr>
        <w:t>przysługuje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prawo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dostępu</w:t>
      </w:r>
      <w:proofErr w:type="spellEnd"/>
      <w:r w:rsidRPr="006674D4">
        <w:rPr>
          <w:iCs/>
        </w:rPr>
        <w:t xml:space="preserve"> do </w:t>
      </w:r>
      <w:proofErr w:type="spellStart"/>
      <w:r w:rsidRPr="006674D4">
        <w:rPr>
          <w:iCs/>
        </w:rPr>
        <w:t>danych</w:t>
      </w:r>
      <w:proofErr w:type="spellEnd"/>
      <w:r w:rsidRPr="006674D4">
        <w:rPr>
          <w:iCs/>
        </w:rPr>
        <w:t xml:space="preserve">, ich </w:t>
      </w:r>
      <w:proofErr w:type="spellStart"/>
      <w:r w:rsidRPr="006674D4">
        <w:rPr>
          <w:iCs/>
        </w:rPr>
        <w:t>sprostowania</w:t>
      </w:r>
      <w:proofErr w:type="spellEnd"/>
      <w:r w:rsidRPr="006674D4">
        <w:rPr>
          <w:iCs/>
        </w:rPr>
        <w:t xml:space="preserve">, </w:t>
      </w:r>
      <w:proofErr w:type="spellStart"/>
      <w:r w:rsidRPr="006674D4">
        <w:rPr>
          <w:iCs/>
        </w:rPr>
        <w:t>usunięcia</w:t>
      </w:r>
      <w:proofErr w:type="spellEnd"/>
      <w:r w:rsidRPr="006674D4">
        <w:rPr>
          <w:iCs/>
        </w:rPr>
        <w:t xml:space="preserve">, </w:t>
      </w:r>
      <w:proofErr w:type="spellStart"/>
      <w:r w:rsidRPr="006674D4">
        <w:rPr>
          <w:iCs/>
        </w:rPr>
        <w:t>ograniczenia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przetwarzania</w:t>
      </w:r>
      <w:proofErr w:type="spellEnd"/>
      <w:r w:rsidRPr="006674D4">
        <w:rPr>
          <w:iCs/>
        </w:rPr>
        <w:t xml:space="preserve">, </w:t>
      </w:r>
      <w:proofErr w:type="spellStart"/>
      <w:r w:rsidRPr="006674D4">
        <w:rPr>
          <w:iCs/>
        </w:rPr>
        <w:t>prawo</w:t>
      </w:r>
      <w:proofErr w:type="spellEnd"/>
      <w:r w:rsidRPr="006674D4">
        <w:rPr>
          <w:iCs/>
        </w:rPr>
        <w:t xml:space="preserve"> do </w:t>
      </w:r>
      <w:proofErr w:type="spellStart"/>
      <w:r w:rsidRPr="006674D4">
        <w:rPr>
          <w:iCs/>
        </w:rPr>
        <w:t>cofnięcia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zgody</w:t>
      </w:r>
      <w:proofErr w:type="spellEnd"/>
      <w:r w:rsidRPr="006674D4">
        <w:rPr>
          <w:iCs/>
        </w:rPr>
        <w:t xml:space="preserve"> w </w:t>
      </w:r>
      <w:proofErr w:type="spellStart"/>
      <w:r w:rsidRPr="006674D4">
        <w:rPr>
          <w:iCs/>
        </w:rPr>
        <w:t>dowolnym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momencie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oraz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wniesienia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skargi</w:t>
      </w:r>
      <w:proofErr w:type="spellEnd"/>
      <w:r w:rsidRPr="006674D4">
        <w:rPr>
          <w:iCs/>
        </w:rPr>
        <w:t xml:space="preserve"> do </w:t>
      </w:r>
      <w:proofErr w:type="spellStart"/>
      <w:r w:rsidRPr="006674D4">
        <w:rPr>
          <w:iCs/>
        </w:rPr>
        <w:t>Prezesa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Urzędu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Ochrony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Danych</w:t>
      </w:r>
      <w:proofErr w:type="spellEnd"/>
      <w:r w:rsidRPr="006674D4">
        <w:rPr>
          <w:iCs/>
        </w:rPr>
        <w:t xml:space="preserve"> </w:t>
      </w:r>
      <w:proofErr w:type="spellStart"/>
      <w:r w:rsidRPr="006674D4">
        <w:rPr>
          <w:iCs/>
        </w:rPr>
        <w:t>Osobowych</w:t>
      </w:r>
      <w:proofErr w:type="spellEnd"/>
      <w:r w:rsidRPr="006674D4">
        <w:rPr>
          <w:iCs/>
        </w:rPr>
        <w:t>.</w:t>
      </w:r>
    </w:p>
    <w:p w14:paraId="5CA4AD55" w14:textId="349A7291" w:rsidR="006674D4" w:rsidRDefault="006674D4" w:rsidP="006674D4">
      <w:pPr>
        <w:rPr>
          <w:iCs/>
        </w:rPr>
      </w:pPr>
    </w:p>
    <w:p w14:paraId="2429F29A" w14:textId="52016AFB" w:rsidR="006674D4" w:rsidRPr="006674D4" w:rsidRDefault="006674D4" w:rsidP="006674D4">
      <w:pPr>
        <w:jc w:val="right"/>
        <w:rPr>
          <w:iCs/>
        </w:rPr>
      </w:pPr>
      <w:proofErr w:type="spellStart"/>
      <w:r>
        <w:rPr>
          <w:iCs/>
        </w:rPr>
        <w:t>podpis</w:t>
      </w:r>
      <w:proofErr w:type="spellEnd"/>
    </w:p>
    <w:p w14:paraId="0B4C2218" w14:textId="77777777" w:rsidR="00754D06" w:rsidRPr="006674D4" w:rsidRDefault="00754D06">
      <w:pPr>
        <w:rPr>
          <w:iCs/>
        </w:rPr>
      </w:pPr>
    </w:p>
    <w:sectPr w:rsidR="00754D06" w:rsidRPr="006674D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54EE1"/>
    <w:rsid w:val="00262CA5"/>
    <w:rsid w:val="0029639D"/>
    <w:rsid w:val="00304B10"/>
    <w:rsid w:val="00326F90"/>
    <w:rsid w:val="006674D4"/>
    <w:rsid w:val="006E16CD"/>
    <w:rsid w:val="00754D06"/>
    <w:rsid w:val="00AA1D8D"/>
    <w:rsid w:val="00AB14CC"/>
    <w:rsid w:val="00B47730"/>
    <w:rsid w:val="00C520BD"/>
    <w:rsid w:val="00CB0664"/>
    <w:rsid w:val="00F5171B"/>
    <w:rsid w:val="00FC693F"/>
    <w:rsid w:val="00FD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E17F58A"/>
  <w14:defaultImageDpi w14:val="300"/>
  <w15:docId w15:val="{6D6EB0F6-8281-43F0-9442-E8C368803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unhideWhenUsed/>
    <w:rsid w:val="00F5171B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517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enata.palucka@trzemeszno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rzewodnik@trzemeszno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359</Words>
  <Characters>2158</Characters>
  <Application>Microsoft Office Word</Application>
  <DocSecurity>0</DocSecurity>
  <Lines>17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2512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Renata Palucka</cp:lastModifiedBy>
  <cp:revision>4</cp:revision>
  <cp:lastPrinted>2025-09-03T08:14:00Z</cp:lastPrinted>
  <dcterms:created xsi:type="dcterms:W3CDTF">2025-09-03T08:21:00Z</dcterms:created>
  <dcterms:modified xsi:type="dcterms:W3CDTF">2025-09-03T08:29:00Z</dcterms:modified>
  <cp:category/>
</cp:coreProperties>
</file>